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11: צדים טעויות במודעה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צדים טעויות במודעה: הטעויות הנפוצות: "שתיים שקלים" ← שני שקלים; "שלוש כרטיסים" ← שלושה כרטיסים; "אחד מנחה" ← מנחה אחד; "חמש עשר להקות" ← חמש עשרה להקות; "שלושה מאות" ← שלוש מאות..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https://shem-hamispar-mesima.sites.tab.bot/mesima-11.html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11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רגע לפני ההדפסה מאיה גילתה שבמודעה הגדולה נשארו טעויות בשם המספר. מצאו אותן ותקנו – לפני שהמודעה נתלית בכל המסדרונות!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טעות?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שלושה כרטיסים   3) לא נכון – נכון: שני שקלים   4) לא נכון – נכון: מנחה אחד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מתקנים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שני שקלים   2) שלושה כרטיסים   3) מנחה אחד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מה נכון? מנחה אחד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מודעה בלי טעויות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משימה 11: צדים טעויות במודעה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הקישו על כל ביטוי שיש בו טעות, ובחרו את התיקון. זהירות – חלק מהביטויים דווקא נכונים!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טעות?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✔. אם יש טעות – כתבו את התיקון ליד.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הטעויות הנפוצות: "שתיים שקלים" ← שני שקלים; "שלוש כרטיסים" ← שלושה כרטיסים; "אחד מנחה" ← מנחה אחד; "חמש עשר להקות" ← חמש עשרה להקות; "שלושה מאות" ← שלוש מאות.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שתי הפסקות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שלוש כרטיסים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שתיים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הצירופים השגויים בצורה הנכונה.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שתיים שקלים ← 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שלוש כרטיסים ← 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אחד מנחה ←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מה נכון? שני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מה נכון? 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מודעה בלי טעויות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מחדש את המודעה של מאיה – בלי טעויות, עם כל המספרים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11: צדים טעויות במודעה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