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משימה 11: צדים טעויות במודעה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שם המספר – צדים טעויות במודעה: הטעויות הנפוצות: "שתיים שקלים" ← שני שקלים; "שלוש כרטיסים" ← שלושה כרטיסים; "אחד מנחה" ← מנחה אחד; "חמש עשר להקות" ← חמש עשרה להקות; "שלושה מאות" ← שלוש מאות..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https://shem-hamispar-mesima.sites.tab.bot/mesima-11.html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למשימה 11 במצגת "המשימה של שם המספר" – אפשר לפני המשימה באתר, אחריה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הסיפור: רגע לפני ההדפסה מאיה גילתה שבמודעה הגדולה נשארו טעויות בשם המספר. מצאו אותן ותקנו – לפני שהמודעה נתלית בכל המסדרונות!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טעות?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לא נכון – נכון: שני שקלים   2) לא נכון – נכון: חמש עשרה להקות   3) נכון   4) נכון   5) לא נכון – נכון: מנחה אחד   6) לא נכון – נכון: שלושה כרטיסים   7) נכון   8) לא נכון – נכון: שלוש מאות כיסאות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מתקנים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שני שקלים   2) שלושה כרטיסים   3) מנחה אחד   4) חמש עשרה להקות   5) שלוש מאות כיסאות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נכון: מה נכון? מנחה אחד   3)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מודעה בלי טעויות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צורות המספר נכונות ומתאימות במין לשם העצם; כתיבה במילים;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🔍 משימה 11: צדים טעויות במודעה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צוות ההפקה של ערב הכישרונות צריך אתכם! הקישו על כל ביטוי שיש בו טעות, ובחרו את התיקון. זהירות – חלק מהביטויים דווקא נכונים!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מודעה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📰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דף גדול על הקיר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מבצע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🏷️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מחיר מיוחד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להדפיס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🖨️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להוציא על נייר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❌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משהו לא נכון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נכון או טעות?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✔. אם יש טעות – כתבו את התיקון ליד.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הטעויות הנפוצות: "שתיים שקלים" ← שני שקלים; "שלוש כרטיסים" ← שלושה כרטיסים; "אחד מנחה" ← מנחה אחד; "חמש עשר להקות" ← חמש עשרה להקות; "שלושה מאות" ← שלוש מאות.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שתיים שקלים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חמש עשר להקות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שתי הפסקות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שלושה ימים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אחד מנחה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 כרטיסים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עשר דקות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שלושה מאות כיסאות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מתקנים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הצירופים השגויים בצורה הנכונה.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שתיים שקלים ← 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שלוש כרטיסים ← 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אחד מנחה ← 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חמש עשר להקות ← 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שלושה מאות כיסאות ← 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 ותקנו את הלא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נכון? שני שקלים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נכון? אחד מנחה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נכון? שלוש מאות כיסאות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מודעה בלי טעויות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מחדש את המודעה של מאיה – בלי טעויות, עם כל המספרים במילים.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כלל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דוגמה משלי: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כמה בטוח/ה אני?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משימה 11: צדים טעויות במודעה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